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תחי הדמוקרטיה – שיעור שירה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ההיסטורי של השיר ואת ערכי הדמוקרטיה המרכזיים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מושגים ואמצעים הקשורים לשיר ולתהליך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וכתיבה על דמוקרטיה בלי להתייחס לעמדות פוליטיות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נתן אלתרמן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טור קבוע בעיתון בשם 'הטור השביעי'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חופש הדעה והחלפת שלטון בבחירות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עיקרון יסוד של 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בדמוקרטיה מותר להביע דעות שונות ולהתווכח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השיעור עוסק באיך בוחרים ולא במי לבחור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אלתרמן כתב את השיר בהקשר של תקופת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אחד הערכים המרכזיים שבשיר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להחליף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5. 1945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(משטר שבו האזרחים בוחרים את השלטון)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(תהליך שבו האזרחים מצביעים כדי לבחור נציגים)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(הזכות להביע עמדה אישית בלי 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(אדם השייך למדינה ובעל זכויות וחובות כלפיה)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(הטור הקבוע של אלתרמן בעיתון)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יום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האזרח מגיע לקלפי ביום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האזרח מציג תעודה מזהה לוועדת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האזרח בוחר פתק הצבעה ומכניס אותו למעטפה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האזרח מכניס את המעטפה לקלפי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בסיום היום סופרים את הקולות וקובעים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שימוש בחזרה כאמצעי אמנותי, ביטוי ערך ברור, 4-6 שורות, שפה עשירה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הסבר ברור, שימוש בלפחות שני ערכים דמוקרטיים, טון מכבד ולא פוליטי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לתשובה כמו 'שלטון העם' או 'בחירה חופשית'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ערך מתוך הרשימה: חופש דעה, בחירות, החלפת 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הכולל נימוק ענייני ולא פוליטי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הדגישו שהשיחה עוסקת באיך בוחרים ולא במי להצביע, כדי לשמור על אווירה לא פוליטית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השיר המלא יש להביא מעותק מורשה בלבד, כיוון שהוא מוגן בזכויות 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המשימה היצירתית, הציגו דוגמה קצרה לשימוש בחזרה כאמצעי אמנותי בשירה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תחי הדמוקרטיה – שיעור שירה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נכתב על ידי נתן אלתרמן בשנה 1945. השיר מדבר על דמוקרטיה - שזה שהעם בוחר את השלטון. בדף הזה נלמד על זה בלי לדבר על פוליטיקה.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משטר שבו העם בוחר את השלטון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אזרחים מצביעים כדי לבחור נציגים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חופש הדעה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להביע עמדה אישית בחופשיות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תיבת ההצבעה ביום הבחירות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אזרח/אזרחית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השייך למדינה ובעל זכויות וחובות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הטור השביעי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הטור הקבוע של נתן אלתרמן בעיתון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אמנותי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כתיבה שיוצרת אפקט בשיר, כמו חזרה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שמנהל את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הרקע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נכתב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1936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המשורר?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אברהם שלונסקי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פורסם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שירה עצמאי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טור קבוע בעיתון בשם 'הטור השביעי'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מחזה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תוכנית 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מדבר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חופש הדעה והחלפת שלטון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טכנולוגיה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נופי הארץ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האזרחים בוחרים את השלטון בבחירות חופשיות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מותרת רק דעה אחת, דעת הרוב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השיעור על השיר עוסק בשאלה למי כדאי להצביע בבחירות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נכתב לקראת בחירות ועוסק ברעיון הבחירה החוזרת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ניתן להחליף שלטון בבחירות הבאות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המשטר שבו האזרחים בוחרים את השלטון שלהם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נתן אלתרמן פרסם את שירו בטור הקבוע שנקרא 'הטור ה__________'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בדמוקרטיה לכל אזרח יש זכות להביע את __________ שלו בחופשיות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אחד מערכי הדמוקרטיה הוא האפשרות ל__________ שלטון 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'תחי הדמוקרטיה' נכתב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הזכות להביע עמדה אישית בלי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הטור הקבוע של אלתרמן בעיתון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חופש הדעה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משטר שבו האזרחים בוחרים את השלטון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אזרח/אזרחית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תהליך שבו האזרחים מצביעים כדי לבחור נציגים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הטור השביעי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 השייך למדינה ובעל זכויות וחובות כלפיה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האזרח מציג תעודה מזהה לוועדת הקלפי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היום סופרים את הקולות וקובעים תוצאה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האזרח מכניס את המעטפה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האזרח בוחר פתק הצבעה ומכניס אותו למעטפה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האזרח מגיע לקלפי ביום הבחירות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קטע קצר בסגנון 'תְּחִי ה...' שמבטא ערך חברתי חשוב לכם (לא פוליטי), כמו חברות, סובלנות או שוויון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מכתב קצר לחבר או חברה שמסביר מדוע חשוב להצביע בבחירות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דמוקרטיה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ערך אחד מהשיר שלמדתם עליו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על החשיבות של ההצבעה בבחירות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תחי הדמוקרטיה – שיעור שירה לקראת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